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Staff Information</w:t>
      </w:r>
    </w:p>
    <w:p>
      <w:r>
        <w:t>Business owner name: ________________________________________________________________________________</w:t>
      </w:r>
    </w:p>
    <w:p>
      <w:r>
        <w:t>Phone: ________________________________________________________________________________</w:t>
      </w:r>
    </w:p>
    <w:p>
      <w:r>
        <w:t>Email: ________________________________________________________________________________</w:t>
      </w:r>
    </w:p>
    <w:p>
      <w:r>
        <w:t>Area of expertise: ________________________________________________________________________________</w:t>
      </w:r>
    </w:p>
    <w:p>
      <w:r>
        <w:t>Licenses/certifications: ________________________________________________________________________________</w:t>
      </w:r>
    </w:p>
    <w:p>
      <w:r>
        <w:br/>
        <w:t>Key Staff Person 1 Name: ______________________________________________________________________</w:t>
      </w:r>
    </w:p>
    <w:p>
      <w:r>
        <w:t>Years of experience: ______________________________________________________________________</w:t>
      </w:r>
    </w:p>
    <w:p>
      <w:r>
        <w:t>Area of expertise: ______________________________________________________________________</w:t>
      </w:r>
    </w:p>
    <w:p>
      <w:r>
        <w:t>Licenses/certifications: ______________________________________________________________________</w:t>
      </w:r>
    </w:p>
    <w:p>
      <w:r>
        <w:br/>
        <w:t>Key Staff Person 2 Name: ______________________________________________________________________</w:t>
      </w:r>
    </w:p>
    <w:p>
      <w:r>
        <w:t>Years of experience: ______________________________________________________________________</w:t>
      </w:r>
    </w:p>
    <w:p>
      <w:r>
        <w:t>Area of expertise: ______________________________________________________________________</w:t>
      </w:r>
    </w:p>
    <w:p>
      <w:r>
        <w:t>Licenses/certifications: ______________________________________________________________________</w:t>
      </w:r>
    </w:p>
    <w:p>
      <w:r>
        <w:br/>
        <w:t>Key Staff Person 3 Name: ______________________________________________________________________</w:t>
      </w:r>
    </w:p>
    <w:p>
      <w:r>
        <w:t>Years of experience: ______________________________________________________________________</w:t>
      </w:r>
    </w:p>
    <w:p>
      <w:r>
        <w:t>Area of expertise: ______________________________________________________________________</w:t>
      </w:r>
    </w:p>
    <w:p>
      <w:r>
        <w:t>Licenses/certifications: ______________________________________________________________________</w:t>
      </w:r>
    </w:p>
    <w:p>
      <w:r>
        <w:br/>
        <w:t>© HpdetroitWHWC 3</w:t>
      </w:r>
    </w:p>
    <w:p>
      <w:pPr>
        <w:pStyle w:val="Heading1"/>
      </w:pPr>
      <w:r>
        <w:t>Additional Staff Information</w:t>
      </w:r>
    </w:p>
    <w:p>
      <w:r>
        <w:t>If you have additional staff you want to highlight, please use this page to provide the same information as above for the additional staff. If you do not have additional staff to highlight, please leave this page blank.</w:t>
      </w:r>
    </w:p>
    <w:p>
      <w:r>
        <w:br/>
        <w:t>Key Staff Person 4 Name: ______________________________________________________________________</w:t>
      </w:r>
    </w:p>
    <w:p>
      <w:r>
        <w:t>Years of experience: ______________________________________________________________________</w:t>
      </w:r>
    </w:p>
    <w:p>
      <w:r>
        <w:t>Area of expertise: ______________________________________________________________________</w:t>
      </w:r>
    </w:p>
    <w:p>
      <w:r>
        <w:t>Licenses/certifications: ______________________________________________________________________</w:t>
      </w:r>
    </w:p>
    <w:p>
      <w:r>
        <w:br/>
        <w:t>Key Staff Person 5 Name: ______________________________________________________________________</w:t>
      </w:r>
    </w:p>
    <w:p>
      <w:r>
        <w:t>Years of experience: ______________________________________________________________________</w:t>
      </w:r>
    </w:p>
    <w:p>
      <w:r>
        <w:t>Area of expertise: ______________________________________________________________________</w:t>
      </w:r>
    </w:p>
    <w:p>
      <w:r>
        <w:t>Licenses/certifications: ______________________________________________________________________</w:t>
      </w:r>
    </w:p>
    <w:p>
      <w:r>
        <w:br/>
        <w:t>Key Staff Person 6 Name: ______________________________________________________________________</w:t>
      </w:r>
    </w:p>
    <w:p>
      <w:r>
        <w:t>Years of experience: ______________________________________________________________________</w:t>
      </w:r>
    </w:p>
    <w:p>
      <w:r>
        <w:t>Area of expertise: ______________________________________________________________________</w:t>
      </w:r>
    </w:p>
    <w:p>
      <w:r>
        <w:t>Licenses/certifications: ______________________________________________________________________</w:t>
      </w:r>
    </w:p>
    <w:p>
      <w:r>
        <w:br/>
        <w:t>Key Staff Person 7 Name: ______________________________________________________________________</w:t>
      </w:r>
    </w:p>
    <w:p>
      <w:r>
        <w:t>Years of experience: ______________________________________________________________________</w:t>
      </w:r>
    </w:p>
    <w:p>
      <w:r>
        <w:t>Area of expertise: ______________________________________________________________________</w:t>
      </w:r>
    </w:p>
    <w:p>
      <w:r>
        <w:t>Licenses/certifications: ______________________________________________________________________</w:t>
      </w:r>
    </w:p>
    <w:p>
      <w:r>
        <w:br/>
        <w:t>© HpdetroitWHWC 4</w:t>
      </w:r>
    </w:p>
    <w:p>
      <w:pPr>
        <w:pStyle w:val="Heading1"/>
      </w:pPr>
      <w:r>
        <w:t>References</w:t>
      </w:r>
    </w:p>
    <w:p>
      <w:r>
        <w:t>Your response package should include at least one reference.</w:t>
        <w:br/>
      </w:r>
    </w:p>
    <w:p>
      <w:r>
        <w:t>Reference 1</w:t>
      </w:r>
    </w:p>
    <w:p>
      <w:r>
        <w:t>Name: ___________________________________________________________________________</w:t>
      </w:r>
    </w:p>
    <w:p>
      <w:r>
        <w:t>Phone 1: ___________________________________________________________________________</w:t>
      </w:r>
    </w:p>
    <w:p>
      <w:r>
        <w:t>Phone 2: ___________________________________________________________________________</w:t>
      </w:r>
    </w:p>
    <w:p>
      <w:r>
        <w:t>Email: ___________________________________________________________________________</w:t>
      </w:r>
    </w:p>
    <w:p>
      <w:r>
        <w:t>Type of Project: ___________________________________________________________________________</w:t>
      </w:r>
    </w:p>
    <w:p>
      <w:r>
        <w:t>Cost of Project: ___________________________________________________________________________</w:t>
      </w:r>
    </w:p>
    <w:p>
      <w:r>
        <w:t>Date Project Started: ___________________________________________________________________________</w:t>
      </w:r>
    </w:p>
    <w:p>
      <w:r>
        <w:t>Date Project Ended: ___________________________________________________________________________</w:t>
      </w:r>
    </w:p>
    <w:p/>
    <w:p>
      <w:r>
        <w:t>Reference 2</w:t>
      </w:r>
    </w:p>
    <w:p>
      <w:r>
        <w:t>Name: ___________________________________________________________________________</w:t>
      </w:r>
    </w:p>
    <w:p>
      <w:r>
        <w:t>Phone 1: ___________________________________________________________________________</w:t>
      </w:r>
    </w:p>
    <w:p>
      <w:r>
        <w:t>Phone 2: ___________________________________________________________________________</w:t>
      </w:r>
    </w:p>
    <w:p>
      <w:r>
        <w:t>Email: ___________________________________________________________________________</w:t>
      </w:r>
    </w:p>
    <w:p>
      <w:r>
        <w:t>Type of Project: ___________________________________________________________________________</w:t>
      </w:r>
    </w:p>
    <w:p>
      <w:r>
        <w:t>Cost of Project: ___________________________________________________________________________</w:t>
      </w:r>
    </w:p>
    <w:p>
      <w:r>
        <w:t>Date Project Started: ___________________________________________________________________________</w:t>
      </w:r>
    </w:p>
    <w:p>
      <w:r>
        <w:t>Date Project Ended: ___________________________________________________________________________</w:t>
      </w:r>
    </w:p>
    <w:p/>
    <w:p>
      <w:r>
        <w:t>Reference 3</w:t>
      </w:r>
    </w:p>
    <w:p>
      <w:r>
        <w:t>Name: ___________________________________________________________________________</w:t>
      </w:r>
    </w:p>
    <w:p>
      <w:r>
        <w:t>Phone 1: ___________________________________________________________________________</w:t>
      </w:r>
    </w:p>
    <w:p>
      <w:r>
        <w:t>Phone 2: ___________________________________________________________________________</w:t>
      </w:r>
    </w:p>
    <w:p>
      <w:r>
        <w:t>Email: ___________________________________________________________________________</w:t>
      </w:r>
    </w:p>
    <w:p>
      <w:r>
        <w:t>Type of Project: ___________________________________________________________________________</w:t>
      </w:r>
    </w:p>
    <w:p>
      <w:r>
        <w:t>Cost of Project: ___________________________________________________________________________</w:t>
      </w:r>
    </w:p>
    <w:p>
      <w:r>
        <w:t>Date Project Started: ___________________________________________________________________________</w:t>
      </w:r>
    </w:p>
    <w:p>
      <w:r>
        <w:t>Date Project Ended: ___________________________________________________________________________</w:t>
      </w:r>
    </w:p>
    <w:p/>
    <w:p>
      <w:r>
        <w:t>© HpdetroitWHWC 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